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i/>
          <w:sz w:val="22"/>
        </w:rPr>
        <w:t>В организационный комитет круглого стола</w:t>
        <w:br/>
        <w:t>Военная академия связи им. Маршала Советского Союза С.М. Буденного</w:t>
      </w:r>
    </w:p>
    <w:p>
      <w:pPr>
        <w:spacing w:before="240" w:after="80"/>
        <w:jc w:val="center"/>
      </w:pPr>
      <w:r>
        <w:rPr>
          <w:rFonts w:ascii="Times New Roman" w:hAnsi="Times New Roman"/>
          <w:b/>
          <w:color w:val="102C57"/>
          <w:sz w:val="30"/>
        </w:rPr>
        <w:t>ЗАЯВЛЕНИЕ НА УЧАСТИЕ</w:t>
      </w:r>
    </w:p>
    <w:p>
      <w:pPr>
        <w:spacing w:after="280"/>
        <w:jc w:val="center"/>
      </w:pPr>
      <w:r>
        <w:rPr>
          <w:rFonts w:ascii="Times New Roman" w:hAnsi="Times New Roman"/>
          <w:i/>
          <w:sz w:val="22"/>
        </w:rPr>
        <w:t>в работе круглого стола «Инновации в системах связи и автоматизации»</w:t>
        <w:br/>
        <w:t>(26 ноября 2026 г., г. Санкт-Петербург)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4" w:space="0" w:color="CCCCCC"/>
          <w:insideV w:val="single" w:sz="4" w:space="0" w:color="CCCCCC"/>
        </w:tblBorders>
      </w:tblPr>
      <w:tblGrid>
        <w:gridCol w:w="3408"/>
        <w:gridCol w:w="3408"/>
        <w:gridCol w:w="3408"/>
      </w:tblGrid>
      <w:tr>
        <w:tc>
          <w:tcPr>
            <w:tcW w:type="dxa" w:w="576"/>
            <w:shd w:fill="EAEAEA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3888"/>
            <w:shd w:fill="EAEAEA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Наименование поля</w:t>
            </w:r>
          </w:p>
        </w:tc>
        <w:tc>
          <w:tcPr>
            <w:tcW w:type="dxa" w:w="5184"/>
            <w:shd w:fill="EAEAEA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Сведения об участнике</w:t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Фамилия, Имя, Отчество (полностью)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Воинское звание / Гражданский статус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Место службы / Организация / ВУЗ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Занимаемая должность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Ученая степень, ученое звание (при наличии)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Тема доклада / сообщения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Секция / Направление работы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Формат участия (с докладом / слушатель)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Очно</w:t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Необходимость технических средств (проектор, ПК)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Требуется / Не требуется</w:t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Контактный телефон (мобильный)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+7 (___) ___-__-__</w:t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Адрес электронной почты (E-mail)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Telegram (аккаунт)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@</w:t>
            </w:r>
          </w:p>
        </w:tc>
      </w:tr>
      <w:tr>
        <w:tc>
          <w:tcPr>
            <w:tcW w:type="dxa" w:w="576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  <w:t>Паспортные данные РФ (серия, номер, кем и когда выдан) *для пропуска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pacing w:before="240" w:after="320"/>
      </w:pPr>
      <w:r>
        <w:rPr>
          <w:rFonts w:ascii="Times New Roman" w:hAnsi="Times New Roman"/>
          <w:i/>
          <w:sz w:val="19"/>
        </w:rPr>
        <w:t>С условиями участия и регламентом пропускного режима ознакомлен(а). Настоящим даю согласие на обработку моих персональных данных в соответствии с Федеральным законом от 27.07.2006 № 152-ФЗ «О персональных данных».</w:t>
      </w:r>
    </w:p>
    <w:p>
      <w:r>
        <w:rPr>
          <w:rFonts w:ascii="Times New Roman" w:hAnsi="Times New Roman"/>
          <w:b/>
          <w:sz w:val="22"/>
        </w:rPr>
        <w:t>«_____» ___________________ 2026 г.                 Подпись: _______________ / ______________________ /</w:t>
      </w:r>
    </w:p>
    <w:sectPr w:rsidR="00FC693F" w:rsidRPr="0006063C" w:rsidSect="00034616">
      <w:pgSz w:w="12240" w:h="15840"/>
      <w:pgMar w:top="1008" w:right="864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